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1987: 吉祥数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小明喜欢 8 这个数，他认为这个数字很吉祥，请编程帮助小明求解 1 ∼ n 中，总共有多少个数字 8 ，如果一个数字中含有多个数字 8 ，那么都要算上。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88 中有2 个数字 8 。（请注意：本题不是要求有多少个数字含有8，而是要求总共出现了多少个 8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 n=100 ，那么输出应该是 20，因为 100 以内含有8的数有：8 、18 、28 、38 、48、 58 、68、 78 、80、 81、 82、 83 、84、 85、 86、 87 、88、 89 、98 ，其中有 20 个 8 出现了。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n（n &lt; 10000）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∼ n 中有多少个数字 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