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1984: 求因数和、因数个数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1984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2154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请求出一个整数 n 有哪些因数（因数就是能够被 n 整除的数），请输出这些因数，并求出这些数的总和、总个数；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比如，如果输入整数 10 ，那么输出如下：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其中：1 2 5 10，输出的是 10 的因数， 18 代表的是这几个因数的和，4 代表的是 10 因数的个数。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≤ 10000）。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先输出若干行，每行一个整数，代表 n 的因数。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再输出一行，有 1 个整数，代表 n 因数的和。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最后输一行，有 1 个整数，代表 n 因数的个数。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