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1983: 余数为1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 1 ∼ n 中，除 2、3、5 中任意一个数余数为 1 的数，请问这样的数有多少个，总和是多少？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 1、3、4、5、6 就是满足条件的数。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10000）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1行 一个整数代表满足条件的数有多少个?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2行 一个整数代表满足条件的数的和是多少?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