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1979: 最大的偶数字符？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从键盘读入一个字符串，字符串由大写或者小写英文字母组成（长度不超过 100 ），请问这个字符串中 ascii 码为偶数且最大的字符是哪个字符，请输出这个字符？（如果不存在这样的字符，请输出 No 。）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比如：输入字符串 " Goodboy " ，那么 ascii 码为偶数的字符有 ' d ' （ ascii 码为 100 ）、' b ' （ ascii 码为 98 ），那么符合条件的字符应当是 ' d '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再比如：输入字符串" ace "，那么就不存在 ascii 码为偶数的字符，应当输出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一个由大写或者小写英文字母组成的长度不超过 100 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ascii 码为偶数且 ascii 码最大的字符，如果不存在，输出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Goodboy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