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1977: 字母直角2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n，打印 n 行的字母直角。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 n=3，那么打印 3 行的字母直角如下：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CCC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n。（0 &lt; n &lt; 10）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行的字符直角。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CCC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