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1975: 字母矩形2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6689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，打印 n 行 n 列的字母矩形。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 n=3，那么打印 3 行 3 列的字母矩形如下：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 0 &lt; n &lt; 10）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 n 列的字母矩形。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