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1973: 回文字母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请问在  26 个大写字母中，有哪些字母的ascii码是回文数。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回文数指的是这个数字正过来和反过来读，是一样的，比如：字母 'B' 的ascii码是 66 ，就是一个回文数。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按照ascii码从小到大，输出满足条件的字母，每行一个。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