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1968: 输出ascii码对应的字符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1968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字符型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12371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字符型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从键盘读入一个整数（ascii 码），请计算并输出该 ascii 码对应的字符。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比如：ascii 码 65 对应的字符是 'A' ，97 对应的字符是 'a' ，48 对应的字符是 '0'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一个整数（值在ascii码表的范围内）。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该ascii码对应的字符。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65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