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1967: 输出字符的ascii码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13825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从键盘读入一个字符，请计算并输出该字符的 ascii 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比如：字符 'A' 的 ascii 码输出是 65 ，'a' 的 ascii 码输出是 97 ，'0' 的ascii码输出是 48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一个整数，代表字符对应的 ascii 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