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1964: 标准零件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工厂生产了 n 个圆形零件，每个零件有一个半径，判断零件是否合格的方法是，给定一个标准零件的半径值，如果生产出来零件的半径和标准零件半径值的差  ≤ 5，那么该零件就是合格的！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比如：工厂生产了 5 个零件，半径分别是79 97 115 96 95 ，标准零件的半径值是 95 ，按照判断标准，有 3 个零件是合格的，半径分别是：97 96 95。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请你编程计算一下，工厂生产的 n 个零件中，有多少个零件是合格的。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 代表有 n 个数。（10 ≤ n 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第二行：n 个整数，代表零件的半径。（10 ≤ 半径的值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第三行：一个整数x，代表标准零件的半径。（10 ≤ 标准零件的半径值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一个整数，代表合格零件的个数。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79 97 115 96 95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