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1963: 贝贝的选择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1963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5546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贝贝今天放假，他既想去图书馆，又想去游乐场，不过这两个地方离得太远啦，她只能去一个地方。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贝贝很难选择，因此她决定随便在纸上写出一个整数 n，然后数一数从 1 ∼ n 中，有多少个数字是含有数字 6 的，如果含有数字 6 的数的总个数是奇数，就去图书馆、否则就去游乐场。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请你编程帮她计算一下，她今天应该去哪里，如果计算结果是去游乐场，请输出 playground ，如果是去图书馆，请输出library。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比如：假设贝贝写的数字是 20，那么 1 ∼ 20 之间有 2 个含有数字 6 ，分别是：6 和 16 ，由于是 2 是偶数，因此应该输出 playground。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输入一行，只有一个整数 n （10 ≤ n ≤ 1000）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输出只有一行（这意味着末尾有一个回车符号），包括 1 个整数。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