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1961: 猜数游戏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1961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1088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有一个“就是它”的猜数游戏，步骤如下：请你对任意输入的一个三位数 x ，在这三位数后重复一遍，得到一个六位数，467 转变为 467467 。把这个数连续除以 7、11、13 ，输出最后的商。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输入一个三位数 x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输出最后的商。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