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1959: 写评语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11549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输入某学生成绩 score ，根据成绩好坏输出相应评语。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如果成绩在大于等于 90 ，输出 Excellent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如果成绩在大于等于 80 分且小于 90 分，输出 Good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如果成绩大于等于 60 分且小于 80 分，输出 Pass；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成绩小于 60 分，输出 Fail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score ，表示学生的成绩。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输出对应的评语。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Pass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数据范围限制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≤ score ≤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