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1956: 算24点（2）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 n 个整数，请问这 n 个数字在不改变顺序且不加入括号的情况下，仅通过 +- ×  三种运算符，有多少种运算能得到 24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比如：4 10 2 4 8，有如下 3 种运算能够得到24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4+10-2+4+8=24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4-10-2+4*8=24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4*10-2*4-8=24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 ；（2 ≤ n ≤ 10）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 a_i ；（1 ≤ a_i ≤ 20）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一个整数，代表能计算出 24 点的方案数；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4 10 2 4 8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