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1955: 算24点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n 组 4 个整数，请问有多少组整数，在不改变顺序，且不加入括号的情况下，可以通过 + -  ×  三种运算，得到 24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 1 2 3 4 四个数，可以通过如下的方法得到24：1 × 2 × 3 × 4=24。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而 20 30 40 50 四个数，在不改变顺序、不添加括号的情况下，通过 + -  ×  三种运算是无法获得 24 的。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第1行有一个整数 n；（ 2 ≤ n ≤ 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4 个整数 a_i ；（ 1 ≤ a_i ≤ 100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输出一个整数，代表有几组数能够通过题目的规则计算得到 24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1 2 3 4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10 20 30 40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50 60 70 80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9 1 8 2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