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1954: 最大纯色正方形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蓝桥杯前缀和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铺砖的工人来到一个操场，将整个操场按正方形铺砖（整个操场可视为 R 行 C 列的矩阵，矩阵的每个元素为一块正方形砖块），正方形砖块有两种，一种为蓝色，另一种为红色。请你写一个程序求出为最大纯色正方形的面积。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第一行两个正整数 R 和 C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R 行 C 列描述整个操场，红色砖块用 1 来表示，蓝色砖块用 0 来表示。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40% 的数据 R,C ≤ 10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70% 的数据 R,C ≤ 50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 R,C ≤ 200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一个数，表示最大纯色正方形的面积。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0 0 0 1 1 1 0 1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1 1 0 1 1 1 1 1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0 1 1 1 1 1 0 1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1 0 1 1 1 1 1 0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1 1 1 0 1 1 0 1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