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1948: 评选最佳品牌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1948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蓝桥杯模拟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292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蓝桥杯 模拟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个评委投票，在 m 个商品中评选一个最佳品牌。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评选采用多轮淘汰制，即：每轮投票，淘汰掉得票最少的候选品牌（得票并列最少的品牌一起淘汰）。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如此一轮轮淘汰下去，如果最后只剩下一个品牌当选，即告评选成功。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但如果在某轮投票中，当时未被淘汰的所有候选品牌（大于等于两个品牌）都并列得票最少，即告评选失败。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如果评选成功就输出当选品牌号。否则输出最后一轮评选时唯一选票数的相反数。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在评选流程中，每个评委的态度都可用一个序列来表示；例如当 m=5 时，某评委的评选态度序列为：3、5、1、2、4，则表示该评委：优先投 3 号，当 3 号被淘汰时投 5 号，当 3 和 5 都被淘汰时投 1，当 3、5、1 都被淘汰时投 2，仅剩 4 号时才投 4 号品牌的票。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选票的序列中可以表示弃权，用 0 来表示，例如当 m=5 时，某评委的评选态度序列为：3、5、0，则表示该评委：优先投 3 号，当 3 号被淘汰时投 5 号，其它情况下不投任何品牌的票。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编程实现：请你编一个程序，模拟各轮投票的过程，得到评选结果。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第一行：m (0 &lt; m &lt; 10，表示参加评选的品牌数)和  n (1 &lt; n &lt; 1000，表示参加投票的评委数)，之间以空格分隔。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接下来的 n 行：每行都是长度不超 m 的数字字符串，每个字符串表示一个评委的评选态度。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评选结果。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样例数据分析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 3 4 代表 3 个品牌，4 个评委。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第一轮投票，3 个评委优先选择 1 号品牌，1 个评委选择 2 号品牌，品牌 3 得票最少，淘汰掉。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第二轮投票，3 个评委优先选择 1 号品牌，1 个评委选择 2 号品牌，品牌 2 得票最少，淘汰掉。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淘汰 2 号品牌后，只剩一个 1 号品牌，1 号品牌胜出，最终结果 1。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 3 4 代表 3 个品牌，4 个评委。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第一轮投票，2 个评委选择 2 号品牌，两个评委选择 3 号品牌，1 号得票最少，淘汰掉。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第二轮投票，2 个评委选择 2 号品牌，两个评委选择 3 号品牌，由于只剩下两个品牌，且并列最少，都是 2 票，代表评选失败，需要输出最后一轮票数 2 的相反数 -2，最终结果 -2。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