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1945: 高精度减法2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1945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高精度减法，求a-b a,b都不超过240位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两个非负整数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每行一个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33333333333333333333333333333333333333333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22222222222222222222222222222222222222222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11111111111111111111111111111111111111111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数据并不保证a&gt;b，如果差是负数要输出'-'号；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另外差的高位上的0要去掉。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