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1938: 回文平方数 Palindromic Squares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1938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USACO进制转换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420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USACO Training Section 1.2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回文数是指从左向右念和从右向左念都一样的数。如 12321 就是一个典型的回文数。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给定一个用十进制表示的正整数 B，输出所有 [1,300] 中，它的平方用 B 进制表示时是回文数的数。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共一行，一个单独的正整数 B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每行两个 B 进制的符合要求的数字，第二个数是第一个数的平方，且第二个数是回文数。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注意大于 9 的数，用字母表示。如用 A 表示 10，B 表示 11，用第 n 个大写字母表示 n+9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100 % 的数据，2 ≤ B ≤ 20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