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1937: 贪婪的送礼者Greedy Gift Givers(USACO1.1)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模拟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对于一群 n 个要互送礼物的朋友，GY 要确定每个人送出的钱比收到的多多少。在这一个问题中，每个人都准备了一些钱来送礼物，而这些钱将会被平均分给那些将收到他的礼物的人。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然而，在任何一群朋友中，有些人将送出较多的礼物(可能是因为有较多的朋友)，有些人有准备了较多的钱。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给出一群朋友，没有人的名字会长于 14 字符，给出每个人将花在送礼上的钱，和将收到他的礼物的人的列表，请确定每个人收到的比送出的钱多的数目。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n，表示人数。 接下来n 行，每行一个字符串表示人名。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L 段内容，对于每一段： 第一行是将会送出礼物人的名字。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第二行包含二个非负整数，第一个是原有的钱的数目 ( ∈[0,2000] )，第二个 gi 是将收到这个人礼物的人的个数 如果 gi!=0, 在下面 gi 行列出礼物的接受者的名字，一个名字一行。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行，每行输出一个人的名字和该人收到的钱比送出的钱多的数目。名字的顺序应该与输入第 2 行至 n+1 行的顺序相同。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送出的钱永远是整数，即假设送礼人一次向 m 人送出 n 元，每个人应该得到 n/m(只保留整数) 元。剩余未送出的钱应返还给送礼者。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dave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laura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owen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vick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amr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dave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laura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owen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vick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owen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dave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amr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vick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owen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laura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amr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vick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vick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dave 302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laura 66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owen -359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vick 141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amr -150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USACO Training Section 1.1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