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1936: 纪念品（souvenir）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2019年noip(csp)普及组复赛第3题。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小伟突然获得一种超能力，他知道未来 T 天 N 种纪念品每天的价格。某个纪念品的价格是指购买一个该纪念品所需的金币数量，以及卖出一个该纪念品换回的金币数量。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每天，小伟可以进行以下两种交易无限次：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任选一个纪念品，若手上有足够金币，以当日价格购买该纪念品；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卖出持有的任意一个纪念品，以当日价格换回金币。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每天卖出纪念品换回的金币可以立即用于购买纪念品，当日购买的纪念品也可以当日卖出换回金币。当然，一直持有纪念品也是可以的。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 天之后，小伟的超能力消失。因此他一定会在第 T 天卖出所有纪念品换回金币。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小伟现在有 M 枚金币，他想要在超能力消失后拥有尽可能多的金币。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T, N, M，相邻两数之间以一个空格分开，分别代表未来天数 T，纪念品数量 N，小伟现在拥有的金币数量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行，每行包含 N 个正整数，相邻两数之间以一个空格分隔。第 i 行的 N 个正整数分别为 Pi,1，Pi,2,……,Pi,3，其中 Pi,j 表示第 i 天第 j 种纪念品的价格。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输出仅一行，包含一个正整数，表示小伟在超能力消失后最多能拥有的金币数量。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最佳策略是：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第二天花光所有 100 枚金币买入 5 个纪念品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第三天卖出 5 个纪念品 1，获得金币 125 枚；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第四天买入 6 个纪念品 1，剩余 5 枚金币；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第六天必须卖出所有纪念品换回 300 枚金币，第四天剩余 5 枚金币,共 305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超能力消失后，小伟最多拥有 305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最佳策略是：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第一天花光所有金币买入 10 个纪念品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第二天卖出全部纪念品 1 得到 150 枚金币并买入 8 个纪念品 2 和 1 个纪念品 3，剩余 1 枚金币；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第三天必须卖出所有纪念品换回216 枚金币，第二天剩余1枚金币，共 217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超能力消失后，小伟最多拥有 217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的数据，T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的数据，T ≤q 4, N ≤q 4, M ≤q 100，所有价格 10 ≤q P_{i,j}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15% 的数据，T ≤q 100, N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15% 的数据，T = 2, N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的数据，T ≤q 100, N ≤q 100, M ≤q 10^3，所有价格 1 ≤q P_{i,j} ≤q 10^4，数据保证任意时刻，小明手上的金币数不可能超过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