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1934: 数字游戏（number）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noip（csp）2019年普及组复赛第1题。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K 同学向小 P 同学发送了一个长度为 8 的 01 字符串来玩数字游戏，小 P 同学想要知道字符串中究竟有多少个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注意：01 字符串为每一个字符是 0 或者 1 的字符串，如 “101” （不含双引号）为一个长度为 3 的 01 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输入文件只有一行，一个长度为 8 的 01 字符串 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输出文件只有一行，包含一个整数，即 01 字符串中字符 1 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 01 字符串中有 2 个字符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 01 字符串中有 8 个字符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的数据，保证输入的字符全部为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的数据，输入只可能包含字符 0 和字符 1，字符串长度固定为 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noip（csp）2019年普及组复赛第1题。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