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1929: 最短网络 Agri-Net（USACO3.1）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USACO并查集贪心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并查集 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被选为他们镇的镇长！他其中一个竞选承诺就是在镇上建立起互联网，并连接到所有的农场。当然，他需要你的帮助。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FJ 已经给他的农场安排了一条高速的网络线路，他想把这条线路共享给其他农场。为了用最小的消费，他想铺设最短的光纤去连接所有的农场。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你将得到一份各农场之间连接费用的列表，你必须找出能连接所有农场并所用光纤最短的方案。每两个农场间的距离不会超过 10^5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第一行农场的个数 N（3≤N≤100）。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接下来是一个 N × N 的矩阵，表示每个农场之间的距离。理论上，他们是 N 行，每行由 N 个用空格分隔的数组成，实际上，由于每行 80 个字符的限制，因此，某些行会紧接着另一些行。当然，对角线将会是 0 ，因为不会有线路从第 i 个农场到它本身。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只有一个输出，其中包含连接到每个农场的光纤的最小长度。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0 4 9 21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4 0 8 17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9 8 0 16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21 17 16 0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