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1927: 最短的通路时间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并查集贪心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并查集 贪心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某市新规划了 N 个村庄（村庄编号为 1 ∼ N ），现准备在这 N 个村庄之间修建 M 条道路，每条公路的连着两个村庄。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已知这 M 条道路每条路连接了哪两个村庄，以及什么时候这条路能修好。请问：最早什么时候任意两个村庄能够通车，即最早什么时候任意两条村庄都存在至少一条修完的道路（两个村庄之间可能有多条路）。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行两个正整数 N,M。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 M 行，每行 3 个正整数 x,y,t，告诉你这条公路连着 x,y 两个村庄，在时间 t 时能修完成这条公路。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N≤1000,M≤100000，x≤N,y≤N,t≤100000。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如果全部公路修完仍然存在两个村庄无法通车，则输出 -1 ，否则输出最早什么时候任意两个村庄能够通车。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