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1925: 团队数量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芝加哥组织了一场激烈的军事竞赛，很多国家的军人慕名而来，他们要么是队友，要么是敌人。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现建立如下规则：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我的队友的队友，是我的队友；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我的敌人的敌人也是我的队友；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两个人只要是队友，就认为他们属于同一团队，现给你若干参赛军人之间的关系，请问：最多有多少个团队？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第一行是一个整数 N (2 ≤ N ≤ 1000)，表示参赛的人数（从 1 编号到 N 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 M (1 ≤ M ≤ 5000)，表示关于参赛者的关系信息的条数。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M 行，每行可能是 F p q 或是 E p q（1 ≤ p,q  ≤ N），F 表示 p 和 q 是队友，E 表示 p 和 q 是敌人。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输入数据保证不会产生信息的矛盾。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输出文件只有一行，表示最大可能的团队数。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 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[3,5] 是一个团队，[4,6] 是一个团队，由于 1 和 4 、1 和 2 都是敌人，2 和 4 自然成为队友，因此 [2,4,6] 成为团队，1 单独为 1 个团队，最终有 3 个团队。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