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1924: 集合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现在给你一些连续的整数，它们是从A到B的整数。一开始每个整数都属于各自的集合，然后你需要进行以下的操作：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每次选择两个属于不同集合的整数，如果这两个整数拥有大于等于P的公共质因数，那么把它们所在的集合合并。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反复如上操作，直到没有可以合并的集合为止。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现在请编程计算，最后有多少个集合。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一行，三个整数A,B,P。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A≤B≤100000；2≤P≤B。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一个数，表示最终集合的个数。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10 20 3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样例说明：7个符合条件的集合如下{10,20,12,15,18}，{13}，{14}，{16}，{17}，{19}，{11}。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