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1919: 数字三角形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贝茜教奶牛们建造一种数字三角形。它从两个数中构造： 大小和种子。 大小 N ( 1 ≤ N ≤ 20 ) 决定这个三角形有多少行，种子 S ( 1 ≤ S ≤ 9 ) 决定三角形的第一个数字。这儿有两个示例：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N=5, S=3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3 4 6 9 4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5 7 1 5               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8 2 6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3 7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N=6, S=1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1 2 4 7 2 7    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3 5 8 3 8 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6 9 4 9  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1 5 1   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6 2  </w:t>
      </w:r>
    </w:p>
    <w:p>
      <w:pPr>
        <w:spacing w:before="40" w:after="40"/>
        <w:ind w:left="2160"/>
      </w:pPr>
      <w:r>
        <w:rPr>
          <w:rFonts w:ascii="Consolas" w:hAnsi="Consolas"/>
          <w:sz w:val="18"/>
        </w:rPr>
        <w:t xml:space="preserve">         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数字三角形的第一行前面没有空格。 分析上面的例子，找寻其中的规律， 然后写一个程序，根据输入的大小 N ( 1 ≤ N ≤ 20 ) 和种子 S ( 1 ≤ S ≤ 9 ) ，输出相应的数字三角形。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一行： 两个空格隔开的整数  N  和  S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 行：如上所示的数字三角形，要注意每一行的末尾不能有空格。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3 4 6 9 4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5 7 1 5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8 2 6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3 7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