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1915: 子串判重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哈希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哈希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给定一个含有 26 个小写英文字母的字符串。有 m 次询问，每次给出 2 个区间，请问这两个区间里的子字符串是否一样？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第一行输入一个字符串 S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第二行一个数字 m，表示 m 次询问。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行，每行四个数字 l_1,r_1,l_2,r_2 ，分别表示此次询问的两个区间，注意字符串的位置从 1 开始编号。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1≤length(S),m,l_1,r_1,l_2,r_2≤1000000。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对于每次询问，输出一行表示结果。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如果两个子串完全一样，输出 Yes，否则输出 No（注意大小写）。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aabbaabb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1 3 6 8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