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1913: 拯救指挥部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指挥部被突来的洪水淹没了，还好指挥部有在某些重要的地方起一些围墙，用 * 号表示，而一个封闭的 *号 区域洪水是进不去的……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现在给出指挥部的围墙建设图，问指挥部没被淹到的重要区域（由 0 表示）有多少。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第一行是两个数，x 和 y（x,y ≤ 500）。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第二行及以下是一个由 * 和 0 组成的 x × y 的图。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输出没被水淹没的指挥部的 0 的数量（计算被 * 围住的 0 的个数）。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