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1907: 有多少细胞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一矩形阵列由数字 0 到 9 组成，数字 1 到 9 代表细胞，细胞的定义为沿细胞数字上下左右若还是细胞数字则为同一细胞,求给定矩形阵列的细胞个数。（1≤m,n≤100）?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m,n(m 行，n 列)；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n 个 0~9 之间的整数；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细胞的个数。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0234500067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1034560500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2045600671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0000000089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