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1904: 数字的组合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个正整数 A_1,A_2,…,A_N，从中选出若干个数，使它们的和为 M ，求有多少种选择方案。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注意：选择不同位置的，但值相同的数，认为是不同的方案。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3 个数 1 1 1，要组合出 2，那么有 3 个方案，分别是选第 1、2 个数，选第 1、3 个数，选第 2、3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 A_1,A_2,…,A_N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1≤N≤100,1≤M≤10000,1≤A_i≤1000。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包含一个整数，表示可选方案数（本题的计算结果一定在int范围内）。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