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1903: 自然数的拆分方案总数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给定一个自然数 N ，要求把 N 拆分成若干个正整数相加的形式，参与加法运算的数可以重复。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拆分方案不考虑顺序，也就是 3=1+2 和 3=2+1 算作相同的方案；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至少拆分成 2 个数的和。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求拆分的方案数 mod 2147483648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一个自然数 N。（1≤N≤4000）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输入一个整数，表示结果。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【举例】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按题意，数字 5 有 6 种不同的拆分方案，分别是：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1+1+1+1+1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1+1+1+2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1+1+3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1+2+2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2+3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