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1900: 采药的最短路径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少年李逍遥的婶婶病了，王小虎介绍他去一趟仙灵岛，向仙女姐姐要仙丹救婶婶。孝顺的李逍遥闯进了仙灵岛，克服了千险万难来到岛的中心，发现仙药摆在了迷阵的深处。迷阵由 M × N 个方格组成，有的方格内有可以瞬秒李逍遥的怪物，而有的方格内则是安全。现在李逍遥想尽快找到仙药，显然他应避开有怪物的方格，并经过最少的方格，而且那里会有神秘人物等待着他。现在要求你来帮助他实现这个目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下图 显示了一个迷阵的样例及李逍遥找到仙药的路线。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2205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swe77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20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第1行输入两个非零整数 M 和 N ，两者均不大于 20 。M 表示迷阵行数， N 表示迷阵列数。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M 行, 每行包含 N 个字符，不同字符分别代表不同含义：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1) ‘@’：少年李逍遥所在的位置；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2) ‘.’：可以安全通行的方格；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3) ‘#’：有怪物的方格；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4) ‘*’：仙药所在位置。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求李逍遥找到仙药需要穿过的最少的方格数目(计数包括初始位置的方块)。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如果他不可能找到仙药， 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.@##...#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#....#.#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#.#.##..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..#.###.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#.#...#.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..###.#.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...#.*..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.#...###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