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1899: 最满意的方案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 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高考结束了，同学们要开始了紧张的填写志愿的过程，大家希望找一个自己最满意的大学填报方案，请你编程帮忙实现。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 m (m≤100000) 所学校，每所学校预计分数线是 a_i (a_i≤10^6) 。有 n(n≤100000) 位学生，估分分别为 b_i (b_i≤10^6)。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 n 位学生的估分情况，分别给每位学生推荐一所学校，要求学校的预计分数线和学生的估分相差最小（可高可低，毕竟是估分嘛），这个最小值为不满意度。求所有学生不满意度和的最小值。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第一行读入两个整数 m,n，m 表示学校数， n 表示学生数。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第二行共有 m 个数，表示 m 个学校的预计录取分数。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 n 个数，表示 n 个学生的估分成绩。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一行，为最小的不满意度之和。（数据保证计算结果≤10^9）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513 598 567 689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500 600 550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