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1897: 红与黑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有一间长方形的房子，地上铺了红色、黑色两种颜色的正方形瓷砖。你站在其中一块黑色的瓷砖上，只能向上下左右四个方向的相邻的黑色瓷砖移动。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请写一个程序，计算你总共能够到达多少块黑色的瓷砖。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第一行是两个整数 W 和 H，分别表示 x 方向和 y 方向瓷砖的数量。W 和 H 都不超过 20。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在接下来的 H 行中，每行包括 W 个字符。每个字符表示一块瓷砖的颜色，规则如下：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1）.：黑色的瓷砖；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2）#：红色的瓷砖；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3）@：黑色的瓷砖，并且你站在这块瓷砖上。该字符唯一出现一次。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输出一行，显示你从初始位置出发能到达的瓷砖数(记数时包括初始位置的瓷砖)。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6 9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....#.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.....#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#@...#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.#..#.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