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1896: 二分查找满足条件的数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二分分治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4161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二分 分治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请在一个有序不递减的数组中（数组中的值有相等的值），采用二分查找，找到第 1 个大于或等于元素 x 的位置，如果不存在，请输出 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请注意：本题要求出 q 个 x ，每个 x 在数组找到第 1 个大于或等于 x 的元素的位置。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比如有 6 个数，分别是：1 2 2 2 6 6，那么如果要求 3 个数：5 8 2，在数组中找到第 1 个大于或等于他们的位置，答案是：5 -1 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n，代表数组元素个数（n ≤ 10^5）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个整数，用空格隔开，代表数组的n个元素（1 ≤ 数组元素的值≤ 10^8）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第三行，一个整数 q，代表有要查询 q 个数（q ≤ 10^5）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第四行，q 个整数，用空格隔开，代表查询的数（1 ≤要找的数 ≤ 10^8）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按题意输出位置或者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1 2 2 2 6 6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5 8 2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5 -1 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【注意】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由于本题读入、输出的数据较多，C++选手请使用scanf和printf 替代 cin和cout 提升读写效率。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