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1891: 开心的金明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noip复赛背包动态规划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 背包问题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金明今天很开心，家里购置的新房就要领钥匙了，新房里有一间他自己专用的很宽敞的房间。更让他高兴的是，妈妈昨天对他说：“你的房间需要购买哪些物品，怎么布置，你说了算，只要不超过N元钱就行”。今天一早金明就开始做预算，但是他想买的东西太多了，肯定会超过妈妈限定的N元。于是，他把每件物品规定了一个重要度，分为5等：用整数1-5表示，第5等最重要。他还从因特网上查到了每件物品的价格（都是整数元）。他希望在不超过N元（可以等于N元）的前提下，使每件物品的价格与重要度的乘积的总和最大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设第j件物品的价格为v[j]，重要度为w[j]，共选中了k件物品，编号依次为j_1,j_2,…,j_k，则所求的总和为：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v[j_1] × w[j_1]+v[j_2] × w[j_2]+ …+v[j_k] × w[j_k]。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请你帮助金明设计一个满足要求的购物单。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第一行，为2个正整数，用一个空格隔开：n,m（其中N( &lt; 30000)表示总钱数，m( &lt; 25)为希望购买物品的个数。）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从第2行到第m+1行，第j行给出了编号为j-1的物品的基本数据，每行有2个非负整数 v p（其中v表示该物品的价格(v ≤ 10000)，p表示该物品的重要度(1-5)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1个正整数，为不超过总钱数的物品的价格与重要度乘积的总和的最大值( &lt; 100000000)。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1000 5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800 2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400 5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300 5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400 3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3900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 2006 普及组 第二题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