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1887: 连胜王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在篮球比赛中，连胜是一件让球迷非常兴奋的事情。现给出 n 场比赛的获胜队伍编号，请求出哪个队伍连胜的场次最多？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本题的输入确保获得连胜场次最多的球队，只有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 6 场比赛获胜队伍数据如下：1 2 2 2 6 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那么，1 号队没有获得过连胜，2 号队连胜 3 场，6 号队连胜 2 场，获得连胜场次最多的球队是 2 号队。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，代表比赛的场数。（5≤n≤100）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个整数，分别代表了每场比赛获得胜利的球队的编号。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输出连胜场次最多球队的编号。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1 2 2 2 6 6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