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1884: 求n个数中每个数出现的次数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个整数（n ≤ 100），这 n 个数都是 1 ~ 10 之间的数，请从小到大输出每个出现过的数，以及统计出每个数出现的次数？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比如：假设读入 5 个数，分别为 1 2 3 3 5 ，统计结果如下：1 出现 1 次，2 出现 1 次，3 出现 2 次，5 出现 1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输出格式如下：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 2 个数，用空格隔开，按照从小到大的顺序，输出每个数以及每个数出现的次数。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1 2 3 3 5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