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1883: 求n个数中出现次数最多的数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8471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n 个整数（ n ≤ 100 ），这 n 个数都是 1 ∼ 10 之间的数，请求出出现次数最多的数是哪个数？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比如：假设读入 5 个数，分别为 1 2 3 3 5 ，出现次数最多的数就是 3 。（本题的数据确保出现次数最多的数只有 1 个，不存在多个数出现的次数都最多的情况）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个整数，用空格隔开。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输出出现次数最多的数。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1 2 3 3 5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