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1882: 循环输出100~1之间的每个数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1882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简单循环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提高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36221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简单循环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请循环输出 100 ∼ 1 之间的每个整数，输出时每行输出 1 个数，比如，输出结果的前 10 个数是这样的：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99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98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97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96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95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94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93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92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91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⋯ 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无。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按要求输出 100~1 之间的每个数。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