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1881: 循环输出1~100之间的每个数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40813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请循环输出 1 ∼ 100 之间的每个整数，输出时每行输出1 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比如，输出结果的前 10 个数是这样的：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⋯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按要求输出 1 ∼ 100 之间的每个数。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