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1880: 中间值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1880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854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给出一个正整数（1 ≤ n ≤ 10000 )。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 n 为奇数，则输出 1,2……n 的中间数（位于数列正中位置的数）。例如 n=9 ，则输出 5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 n 为偶数，则输出位于中间两个数的和。例如 n=10，则输出 1，2，3，4，5，6，7，8，9，10 中的 5 和 6 的和即 11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一个正整数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一个正整数，若 n 为奇数，则输出其中间值。若 n 为偶数，则输出两个中间值的和。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