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1879: 班级最高分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全班 N 个同学的语文、数学、英语成绩需要按学号读入计算机，输出得分最高的同学的学号和他的语文、数学、英语成绩，请编程实现。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N+1 行，第一行为一个正整数 N，接下来的 N 行每行为 3 个整数，每个实数之间用一个空格分隔，分别表示语数外的成绩。( N ≤q 100 )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一行，包括五个数，表示得分最高的同学的学号和他的语文、数学、英语成绩和总分。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92 97 93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87 89 92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95 100 100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3 95 100 100 295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