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1878: 哥德巴赫猜想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1742 年 6 月 7 日哥德巴赫写信给当时的大数学家欧拉，正式提出了以下的猜想：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任何一个大于 9 的奇数都可以表示成 3 个质数之和。质数是指除了 1 和本身之外没有其他约数的数，如 2 和 11 都是质数，而 6 不是质数，因为 6 除了约数 1 和 6 之外还有约数 2 和 3 。需要特别说明的是 1 不是质数。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这就是哥德巴赫猜想。欧拉在回信中说，他相信这个猜想是正确的，但他不能证明。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从此，这道数学难题引起了几乎所有数学家的注意。哥德巴赫猜想由此成为数学皇冠上一颗可望不可及的“明珠”。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现在请你编一个程序验证哥德巴赫猜想。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仅有一行，包含一个正奇数 n ，其中 n 大于 9 并且小于 10000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仅有一行，输出 3 个质数，这 3 个质数之和等于输入的奇数。相邻两个质数之间用一个空格隔开，最后一个质数后面没有空格。如果表示方法不唯一，请输出第一个数最小的方案，如果第一个数最小的方案不唯一，请输出第二个数最小的方案。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2009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3 3 2003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