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1877: 数字接力</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1877</w:t>
            </w:r>
          </w:p>
        </w:tc>
      </w:tr>
      <w:tr>
        <w:tc>
          <w:tcPr>
            <w:tcW w:type="dxa" w:w="4320"/>
          </w:tcPr>
          <w:p>
            <w:r>
              <w:t>标签</w:t>
            </w:r>
          </w:p>
        </w:tc>
        <w:tc>
          <w:tcPr>
            <w:tcW w:type="dxa" w:w="4320"/>
          </w:tcPr>
          <w:p>
            <w:r>
              <w:t>简单循环</w:t>
            </w:r>
          </w:p>
        </w:tc>
      </w:tr>
      <w:tr>
        <w:tc>
          <w:tcPr>
            <w:tcW w:type="dxa" w:w="4320"/>
          </w:tcPr>
          <w:p>
            <w:r>
              <w:t>难度</w:t>
            </w:r>
          </w:p>
        </w:tc>
        <w:tc>
          <w:tcPr>
            <w:tcW w:type="dxa" w:w="4320"/>
          </w:tcPr>
          <w:p>
            <w:r>
              <w:t>入门</w:t>
            </w:r>
          </w:p>
        </w:tc>
      </w:tr>
      <w:tr>
        <w:tc>
          <w:tcPr>
            <w:tcW w:type="dxa" w:w="4320"/>
          </w:tcPr>
          <w:p>
            <w:r>
              <w:t>正确</w:t>
            </w:r>
          </w:p>
        </w:tc>
        <w:tc>
          <w:tcPr>
            <w:tcW w:type="dxa" w:w="4320"/>
          </w:tcPr>
          <w:p>
            <w:r>
              <w:t>752</w:t>
            </w:r>
          </w:p>
        </w:tc>
      </w:tr>
      <w:tr>
        <w:tc>
          <w:tcPr>
            <w:tcW w:type="dxa" w:w="4320"/>
          </w:tcPr>
          <w:p>
            <w:r>
              <w:t>来源</w:t>
            </w:r>
          </w:p>
        </w:tc>
        <w:tc>
          <w:tcPr>
            <w:tcW w:type="dxa" w:w="4320"/>
          </w:tcPr>
          <w:p>
            <w:r>
              <w:t>简单循环</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奶牛们在玩一个数字游戏，它们从一个整数开始，比如：6593 。将这个整数中的各位数字全部取出，将他们相乘，得到一个新的整数。</w:t>
      </w:r>
    </w:p>
    <w:p>
      <w:pPr>
        <w:spacing w:before="40" w:after="40"/>
        <w:ind w:left="720"/>
      </w:pPr>
      <w:r>
        <w:rPr>
          <w:rFonts w:ascii="Consolas" w:hAnsi="Consolas"/>
          <w:sz w:val="18"/>
        </w:rPr>
        <w:t>上面的例子就是 6 × 5 × 9 × 3=810 ，然后继续做下去， 8 × 1 × 0 =0 得到了一个个位数 0 。</w:t>
      </w:r>
    </w:p>
    <w:p>
      <w:pPr>
        <w:spacing w:before="40" w:after="40"/>
        <w:ind w:left="720"/>
      </w:pPr>
      <w:r>
        <w:rPr>
          <w:rFonts w:ascii="Consolas" w:hAnsi="Consolas"/>
          <w:sz w:val="18"/>
        </w:rPr>
        <w:t>帮助奶牛完成这个游戏，读入一个数并计算出游戏得到一个个位数的过程。</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一个整数 n (10 ≤ n ≤  2,000,000,000)。</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864"/>
      </w:pPr>
      <w:r>
        <w:rPr>
          <w:rFonts w:ascii="Consolas" w:hAnsi="Consolas"/>
          <w:sz w:val="18"/>
        </w:rPr>
        <w:t xml:space="preserve"> 在单独的一行中按顺序输出游戏过程中产生的每一个数直到一个个位数结束。相邻两数之间要求严格用一个空格隔开，最后一个数之后不能有空格。</w:t>
      </w:r>
    </w:p>
    <w:p>
      <w:pPr>
        <w:spacing w:before="40" w:after="40"/>
        <w:ind w:left="864"/>
      </w:pPr>
      <w:r>
        <w:rPr>
          <w:rFonts w:ascii="Consolas" w:hAnsi="Consolas"/>
          <w:sz w:val="18"/>
        </w:rPr>
        <w:t xml:space="preserve"> </w:t>
      </w:r>
    </w:p>
    <w:p>
      <w:pPr>
        <w:pStyle w:val="Heading1"/>
      </w:pPr>
      <w:r>
        <w:t>样例输入</w:t>
      </w:r>
    </w:p>
    <w:p>
      <w:pPr>
        <w:spacing w:before="120" w:after="120"/>
      </w:pPr>
      <w:r>
        <w:t>98886</w:t>
      </w:r>
    </w:p>
    <w:p>
      <w:pPr>
        <w:pStyle w:val="Heading1"/>
      </w:pPr>
      <w:r>
        <w:t>样例输出</w:t>
      </w:r>
    </w:p>
    <w:p>
      <w:pPr>
        <w:spacing w:before="120" w:after="120"/>
      </w:pPr>
      <w:r>
        <w:t>98886 27648 2688 768 336 54 20 0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