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1876: 数字黑洞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任意一个四位正整数（ 4 位数字相同者除外）， 将各位数字组成一个最大数和最小数，两数相减并重复这一过程必得 6174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输入一个四位正整数。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输出文件包含多行， 组成一个最大数和一个最小数就输出一行，直到结果为 6174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请注意：如果最大数不足 4 位，请补足 4 位再计算，具体请参考样例 2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