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1874: H数2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集合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所谓H数，是指该数除1以外最多只有2,3,5,7四种因子，如630即为H数，而22不是。特别的，1也认为是丑数。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要求对键盘输入的自然数N，求出第N个H数。如N=30，应输出49。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本题要求的H数不超出109范围。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n(n&lt;=4000)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第n个h数。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