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1872: N个数的最大公约数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1872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759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请找出输入的 N 个数的最大公约数。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第一行，输入一个整数 N（N≤100）。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第二行，输入 N 个数，每个数都在 [1,1000] 的范围内。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输出一个数，表示 N 个数的最大公约数。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3 6 9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