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1871: 超市 大打折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超市搞优惠活动：购物金额满 500 元，打八折，满 300 元打九折，300 元以下不打折。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输入总金额。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输出实际应付的金额。(保留两位小数）。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586.29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469.03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